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28FD3" w14:textId="77777777" w:rsidR="00202997" w:rsidRPr="00910DBD" w:rsidRDefault="00000000" w:rsidP="007B7E43">
      <w:pPr>
        <w:pStyle w:val="1"/>
        <w:jc w:val="center"/>
        <w:rPr>
          <w:rFonts w:ascii="HGｺﾞｼｯｸE" w:eastAsia="HGｺﾞｼｯｸE" w:hAnsi="HGｺﾞｼｯｸE"/>
          <w:color w:val="262626" w:themeColor="text1" w:themeTint="D9"/>
          <w:sz w:val="56"/>
          <w:szCs w:val="56"/>
          <w:lang w:eastAsia="ja-JP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10DBD">
        <w:rPr>
          <w:rFonts w:ascii="HGｺﾞｼｯｸE" w:eastAsia="HGｺﾞｼｯｸE" w:hAnsi="HGｺﾞｼｯｸE"/>
          <w:color w:val="262626" w:themeColor="text1" w:themeTint="D9"/>
          <w:sz w:val="56"/>
          <w:szCs w:val="56"/>
          <w:lang w:eastAsia="ja-JP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高齢者サポート協力店 募集のご案内</w:t>
      </w:r>
    </w:p>
    <w:p w14:paraId="3A548912" w14:textId="2A6A1CB3" w:rsidR="00202997" w:rsidRDefault="00000000" w:rsidP="007B7E43">
      <w:pPr>
        <w:jc w:val="center"/>
        <w:rPr>
          <w:sz w:val="36"/>
          <w:szCs w:val="36"/>
          <w:lang w:eastAsia="ja-JP"/>
        </w:rPr>
      </w:pPr>
      <w:r w:rsidRPr="007B7E43">
        <w:rPr>
          <w:sz w:val="36"/>
          <w:szCs w:val="36"/>
          <w:lang w:eastAsia="ja-JP"/>
        </w:rPr>
        <w:t xml:space="preserve">― </w:t>
      </w:r>
      <w:r w:rsidR="005A5EBF">
        <w:rPr>
          <w:sz w:val="36"/>
          <w:szCs w:val="36"/>
          <w:lang w:eastAsia="ja-JP"/>
        </w:rPr>
        <w:t>シニアカー</w:t>
      </w:r>
      <w:r w:rsidRPr="007B7E43">
        <w:rPr>
          <w:sz w:val="36"/>
          <w:szCs w:val="36"/>
          <w:lang w:eastAsia="ja-JP"/>
        </w:rPr>
        <w:t>・電動自転車充電サポート事業</w:t>
      </w:r>
      <w:r w:rsidRPr="007B7E43">
        <w:rPr>
          <w:sz w:val="36"/>
          <w:szCs w:val="36"/>
          <w:lang w:eastAsia="ja-JP"/>
        </w:rPr>
        <w:t xml:space="preserve"> ―</w:t>
      </w:r>
    </w:p>
    <w:p w14:paraId="581B4769" w14:textId="640D2EF7" w:rsidR="00202997" w:rsidRPr="007B7E43" w:rsidRDefault="00000000" w:rsidP="007B7E43">
      <w:pPr>
        <w:ind w:firstLineChars="100" w:firstLine="280"/>
        <w:rPr>
          <w:sz w:val="28"/>
          <w:szCs w:val="28"/>
          <w:lang w:eastAsia="ja-JP"/>
        </w:rPr>
      </w:pPr>
      <w:r w:rsidRPr="007B7E43">
        <w:rPr>
          <w:sz w:val="28"/>
          <w:szCs w:val="28"/>
          <w:lang w:eastAsia="ja-JP"/>
        </w:rPr>
        <w:t>高齢化が進む中、</w:t>
      </w:r>
      <w:r w:rsidR="005A5EBF">
        <w:rPr>
          <w:sz w:val="28"/>
          <w:szCs w:val="28"/>
          <w:lang w:eastAsia="ja-JP"/>
        </w:rPr>
        <w:t>シニアカー</w:t>
      </w:r>
      <w:r w:rsidRPr="007B7E43">
        <w:rPr>
          <w:sz w:val="28"/>
          <w:szCs w:val="28"/>
          <w:lang w:eastAsia="ja-JP"/>
        </w:rPr>
        <w:t>や電動自転車は高齢者にとって欠かせない移動手段です。一方で「充電が切れたらどうしよう」「途中で止まったら不安」という声も多く聞かれます。</w:t>
      </w:r>
      <w:r w:rsidRPr="007B7E43">
        <w:rPr>
          <w:sz w:val="28"/>
          <w:szCs w:val="28"/>
          <w:lang w:eastAsia="ja-JP"/>
        </w:rPr>
        <w:br/>
      </w:r>
      <w:r w:rsidR="007B7E43">
        <w:rPr>
          <w:rFonts w:hint="eastAsia"/>
          <w:sz w:val="28"/>
          <w:szCs w:val="28"/>
          <w:lang w:eastAsia="ja-JP"/>
        </w:rPr>
        <w:t xml:space="preserve">　</w:t>
      </w:r>
      <w:r w:rsidRPr="007B7E43">
        <w:rPr>
          <w:sz w:val="28"/>
          <w:szCs w:val="28"/>
          <w:lang w:eastAsia="ja-JP"/>
        </w:rPr>
        <w:t>商工会では、商店街全体で高齢者の外出を支える取り組みとして、『高齢者サポート協力店』を募集します。</w:t>
      </w:r>
    </w:p>
    <w:p w14:paraId="298F791D" w14:textId="77777777" w:rsidR="00202997" w:rsidRPr="007B7E43" w:rsidRDefault="00000000">
      <w:pPr>
        <w:pStyle w:val="21"/>
        <w:rPr>
          <w:sz w:val="40"/>
          <w:szCs w:val="40"/>
          <w:lang w:eastAsia="ja-JP"/>
        </w:rPr>
      </w:pPr>
      <w:r w:rsidRPr="007B7E43">
        <w:rPr>
          <w:sz w:val="40"/>
          <w:szCs w:val="40"/>
          <w:lang w:eastAsia="ja-JP"/>
        </w:rPr>
        <w:t>高齢者サポート協力店とは</w:t>
      </w:r>
    </w:p>
    <w:p w14:paraId="00260B94" w14:textId="74B1F1A5" w:rsidR="00202997" w:rsidRPr="007B7E43" w:rsidRDefault="007B7E43" w:rsidP="007B7E43">
      <w:pPr>
        <w:ind w:firstLineChars="100" w:firstLine="280"/>
        <w:rPr>
          <w:b/>
          <w:bCs/>
          <w:sz w:val="28"/>
          <w:szCs w:val="28"/>
          <w:lang w:eastAsia="ja-JP"/>
        </w:rPr>
      </w:pPr>
      <w:r>
        <w:rPr>
          <w:rFonts w:hint="eastAsia"/>
          <w:sz w:val="28"/>
          <w:szCs w:val="28"/>
          <w:lang w:eastAsia="ja-JP"/>
        </w:rPr>
        <w:t>シ</w:t>
      </w:r>
      <w:r w:rsidRPr="007B7E43">
        <w:rPr>
          <w:sz w:val="28"/>
          <w:szCs w:val="28"/>
          <w:lang w:eastAsia="ja-JP"/>
        </w:rPr>
        <w:t>ニアカー・電動自転車を利用する高齢者が、安心して立ち寄れるお店として登録する制度です。</w:t>
      </w:r>
      <w:r w:rsidRPr="007B7E43">
        <w:rPr>
          <w:sz w:val="28"/>
          <w:szCs w:val="28"/>
          <w:lang w:eastAsia="ja-JP"/>
        </w:rPr>
        <w:br/>
      </w:r>
      <w:r w:rsidRPr="005A5EBF">
        <w:rPr>
          <w:b/>
          <w:bCs/>
          <w:color w:val="EE0000"/>
          <w:sz w:val="28"/>
          <w:szCs w:val="28"/>
          <w:lang w:eastAsia="ja-JP"/>
        </w:rPr>
        <w:t xml:space="preserve">✔ </w:t>
      </w:r>
      <w:r w:rsidRPr="005A5EBF">
        <w:rPr>
          <w:b/>
          <w:bCs/>
          <w:color w:val="EE0000"/>
          <w:sz w:val="28"/>
          <w:szCs w:val="28"/>
          <w:lang w:eastAsia="ja-JP"/>
        </w:rPr>
        <w:t xml:space="preserve">短時間充電　</w:t>
      </w:r>
      <w:r w:rsidRPr="005A5EBF">
        <w:rPr>
          <w:b/>
          <w:bCs/>
          <w:color w:val="EE0000"/>
          <w:sz w:val="28"/>
          <w:szCs w:val="28"/>
          <w:lang w:eastAsia="ja-JP"/>
        </w:rPr>
        <w:t xml:space="preserve">✔ </w:t>
      </w:r>
      <w:r w:rsidRPr="005A5EBF">
        <w:rPr>
          <w:b/>
          <w:bCs/>
          <w:color w:val="EE0000"/>
          <w:sz w:val="28"/>
          <w:szCs w:val="28"/>
          <w:lang w:eastAsia="ja-JP"/>
        </w:rPr>
        <w:t xml:space="preserve">見守り・声かけ　</w:t>
      </w:r>
      <w:r w:rsidRPr="005A5EBF">
        <w:rPr>
          <w:b/>
          <w:bCs/>
          <w:color w:val="EE0000"/>
          <w:sz w:val="28"/>
          <w:szCs w:val="28"/>
          <w:lang w:eastAsia="ja-JP"/>
        </w:rPr>
        <w:t xml:space="preserve">✔ </w:t>
      </w:r>
      <w:r w:rsidRPr="005A5EBF">
        <w:rPr>
          <w:b/>
          <w:bCs/>
          <w:color w:val="EE0000"/>
          <w:sz w:val="28"/>
          <w:szCs w:val="28"/>
          <w:lang w:eastAsia="ja-JP"/>
        </w:rPr>
        <w:t>公式ステッカー掲示</w:t>
      </w:r>
    </w:p>
    <w:p w14:paraId="4E96EF87" w14:textId="33561826" w:rsidR="00202997" w:rsidRPr="007B7E43" w:rsidRDefault="007B7E43">
      <w:pPr>
        <w:pStyle w:val="21"/>
        <w:rPr>
          <w:sz w:val="40"/>
          <w:szCs w:val="40"/>
          <w:lang w:eastAsia="ja-JP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7216" behindDoc="1" locked="0" layoutInCell="1" allowOverlap="1" wp14:anchorId="782ABD69" wp14:editId="19E43304">
            <wp:simplePos x="0" y="0"/>
            <wp:positionH relativeFrom="column">
              <wp:posOffset>3698875</wp:posOffset>
            </wp:positionH>
            <wp:positionV relativeFrom="paragraph">
              <wp:posOffset>351790</wp:posOffset>
            </wp:positionV>
            <wp:extent cx="2838450" cy="2247179"/>
            <wp:effectExtent l="0" t="0" r="0" b="1270"/>
            <wp:wrapNone/>
            <wp:docPr id="13055816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E43">
        <w:rPr>
          <w:sz w:val="40"/>
          <w:szCs w:val="40"/>
          <w:lang w:eastAsia="ja-JP"/>
        </w:rPr>
        <w:t>協力店にお願いすること（できる範囲で</w:t>
      </w:r>
      <w:r w:rsidRPr="007B7E43">
        <w:rPr>
          <w:sz w:val="40"/>
          <w:szCs w:val="40"/>
          <w:lang w:eastAsia="ja-JP"/>
        </w:rPr>
        <w:t>OK</w:t>
      </w:r>
      <w:r w:rsidRPr="007B7E43">
        <w:rPr>
          <w:sz w:val="40"/>
          <w:szCs w:val="40"/>
          <w:lang w:eastAsia="ja-JP"/>
        </w:rPr>
        <w:t>）</w:t>
      </w:r>
    </w:p>
    <w:p w14:paraId="0F6FE1D1" w14:textId="44B247F3" w:rsidR="00202997" w:rsidRPr="007B7E43" w:rsidRDefault="00000000">
      <w:pPr>
        <w:rPr>
          <w:sz w:val="28"/>
          <w:szCs w:val="28"/>
          <w:lang w:eastAsia="ja-JP"/>
        </w:rPr>
      </w:pPr>
      <w:r w:rsidRPr="007B7E43">
        <w:rPr>
          <w:sz w:val="28"/>
          <w:szCs w:val="28"/>
          <w:lang w:eastAsia="ja-JP"/>
        </w:rPr>
        <w:t>・店舗利用中の短時間充電の受け入れ</w:t>
      </w:r>
      <w:r w:rsidRPr="007B7E43">
        <w:rPr>
          <w:sz w:val="28"/>
          <w:szCs w:val="28"/>
          <w:lang w:eastAsia="ja-JP"/>
        </w:rPr>
        <w:br/>
      </w:r>
      <w:r w:rsidRPr="007B7E43">
        <w:rPr>
          <w:sz w:val="28"/>
          <w:szCs w:val="28"/>
          <w:lang w:eastAsia="ja-JP"/>
        </w:rPr>
        <w:t>・困っている様子があれば声かけ</w:t>
      </w:r>
      <w:r w:rsidRPr="007B7E43">
        <w:rPr>
          <w:sz w:val="28"/>
          <w:szCs w:val="28"/>
          <w:lang w:eastAsia="ja-JP"/>
        </w:rPr>
        <w:br/>
      </w:r>
      <w:r w:rsidRPr="007B7E43">
        <w:rPr>
          <w:sz w:val="28"/>
          <w:szCs w:val="28"/>
          <w:lang w:eastAsia="ja-JP"/>
        </w:rPr>
        <w:t>・緊急時の一時休憩対応（可能な場合）</w:t>
      </w:r>
    </w:p>
    <w:p w14:paraId="5236D3A2" w14:textId="42803A2D" w:rsidR="00202997" w:rsidRPr="007B7E43" w:rsidRDefault="00000000">
      <w:pPr>
        <w:pStyle w:val="21"/>
        <w:rPr>
          <w:sz w:val="40"/>
          <w:szCs w:val="40"/>
          <w:lang w:eastAsia="ja-JP"/>
        </w:rPr>
      </w:pPr>
      <w:r w:rsidRPr="007B7E43">
        <w:rPr>
          <w:sz w:val="40"/>
          <w:szCs w:val="40"/>
          <w:lang w:eastAsia="ja-JP"/>
        </w:rPr>
        <w:t>協力店になるメリット</w:t>
      </w:r>
    </w:p>
    <w:p w14:paraId="1C61DD59" w14:textId="08E93D0E" w:rsidR="00202997" w:rsidRPr="007B7E43" w:rsidRDefault="0097047C">
      <w:pPr>
        <w:rPr>
          <w:sz w:val="28"/>
          <w:szCs w:val="28"/>
          <w:lang w:eastAsia="ja-JP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1" locked="0" layoutInCell="1" allowOverlap="1" wp14:anchorId="2471F9F6" wp14:editId="54CA8C56">
            <wp:simplePos x="0" y="0"/>
            <wp:positionH relativeFrom="column">
              <wp:posOffset>5889625</wp:posOffset>
            </wp:positionH>
            <wp:positionV relativeFrom="paragraph">
              <wp:posOffset>713105</wp:posOffset>
            </wp:positionV>
            <wp:extent cx="1181100" cy="1181100"/>
            <wp:effectExtent l="0" t="0" r="0" b="0"/>
            <wp:wrapNone/>
            <wp:docPr id="4411246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7B7E43">
        <w:rPr>
          <w:sz w:val="28"/>
          <w:szCs w:val="28"/>
          <w:lang w:eastAsia="ja-JP"/>
        </w:rPr>
        <w:t xml:space="preserve">🌱 </w:t>
      </w:r>
      <w:r w:rsidR="00000000" w:rsidRPr="007B7E43">
        <w:rPr>
          <w:sz w:val="28"/>
          <w:szCs w:val="28"/>
          <w:lang w:eastAsia="ja-JP"/>
        </w:rPr>
        <w:t>地域貢献（高齢者の外出支援）</w:t>
      </w:r>
      <w:r w:rsidR="00000000" w:rsidRPr="007B7E43">
        <w:rPr>
          <w:sz w:val="28"/>
          <w:szCs w:val="28"/>
          <w:lang w:eastAsia="ja-JP"/>
        </w:rPr>
        <w:br/>
        <w:t xml:space="preserve">🏪 </w:t>
      </w:r>
      <w:r w:rsidR="00000000" w:rsidRPr="007B7E43">
        <w:rPr>
          <w:sz w:val="28"/>
          <w:szCs w:val="28"/>
          <w:lang w:eastAsia="ja-JP"/>
        </w:rPr>
        <w:t>来街者増・イメージ向上</w:t>
      </w:r>
      <w:r w:rsidR="00000000" w:rsidRPr="007B7E43">
        <w:rPr>
          <w:sz w:val="28"/>
          <w:szCs w:val="28"/>
          <w:lang w:eastAsia="ja-JP"/>
        </w:rPr>
        <w:br/>
        <w:t xml:space="preserve">🏷 </w:t>
      </w:r>
      <w:r w:rsidR="00000000" w:rsidRPr="007B7E43">
        <w:rPr>
          <w:sz w:val="28"/>
          <w:szCs w:val="28"/>
          <w:lang w:eastAsia="ja-JP"/>
        </w:rPr>
        <w:t>商工会公式認定・店舗</w:t>
      </w:r>
      <w:r w:rsidR="00000000" w:rsidRPr="007B7E43">
        <w:rPr>
          <w:sz w:val="28"/>
          <w:szCs w:val="28"/>
          <w:lang w:eastAsia="ja-JP"/>
        </w:rPr>
        <w:t>PR</w:t>
      </w:r>
    </w:p>
    <w:p w14:paraId="71755D98" w14:textId="2937380F" w:rsidR="00202997" w:rsidRPr="007B7E43" w:rsidRDefault="00000000">
      <w:pPr>
        <w:pStyle w:val="21"/>
        <w:rPr>
          <w:sz w:val="40"/>
          <w:szCs w:val="40"/>
          <w:lang w:eastAsia="ja-JP"/>
        </w:rPr>
      </w:pPr>
      <w:r w:rsidRPr="007B7E43">
        <w:rPr>
          <w:sz w:val="40"/>
          <w:szCs w:val="40"/>
          <w:lang w:eastAsia="ja-JP"/>
        </w:rPr>
        <w:t>安心してご参加いただくために</w:t>
      </w:r>
    </w:p>
    <w:p w14:paraId="3E948E40" w14:textId="6997E726" w:rsidR="00202997" w:rsidRPr="007B7E43" w:rsidRDefault="00000000">
      <w:pPr>
        <w:rPr>
          <w:sz w:val="28"/>
          <w:szCs w:val="28"/>
          <w:lang w:eastAsia="ja-JP"/>
        </w:rPr>
      </w:pPr>
      <w:r w:rsidRPr="007B7E43">
        <w:rPr>
          <w:sz w:val="28"/>
          <w:szCs w:val="28"/>
          <w:lang w:eastAsia="ja-JP"/>
        </w:rPr>
        <w:t>・事故の責任が協力店に及ぶことはありません</w:t>
      </w:r>
      <w:r w:rsidRPr="007B7E43">
        <w:rPr>
          <w:sz w:val="28"/>
          <w:szCs w:val="28"/>
          <w:lang w:eastAsia="ja-JP"/>
        </w:rPr>
        <w:br/>
      </w:r>
      <w:r w:rsidRPr="007B7E43">
        <w:rPr>
          <w:sz w:val="28"/>
          <w:szCs w:val="28"/>
          <w:lang w:eastAsia="ja-JP"/>
        </w:rPr>
        <w:t>・運営ルール整備、トラブル時は商工会が対応します</w:t>
      </w:r>
    </w:p>
    <w:p w14:paraId="6421F4CE" w14:textId="33592C53" w:rsidR="00202997" w:rsidRDefault="00000000">
      <w:pPr>
        <w:rPr>
          <w:sz w:val="28"/>
          <w:szCs w:val="28"/>
          <w:lang w:eastAsia="ja-JP"/>
        </w:rPr>
      </w:pPr>
      <w:r w:rsidRPr="007B7E43">
        <w:rPr>
          <w:sz w:val="28"/>
          <w:szCs w:val="28"/>
          <w:lang w:eastAsia="ja-JP"/>
        </w:rPr>
        <w:t>【登録方法】</w:t>
      </w:r>
      <w:r w:rsidRPr="007B7E43">
        <w:rPr>
          <w:sz w:val="28"/>
          <w:szCs w:val="28"/>
          <w:lang w:eastAsia="ja-JP"/>
        </w:rPr>
        <w:t>①</w:t>
      </w:r>
      <w:r w:rsidRPr="007B7E43">
        <w:rPr>
          <w:sz w:val="28"/>
          <w:szCs w:val="28"/>
          <w:lang w:eastAsia="ja-JP"/>
        </w:rPr>
        <w:t>申込書記入</w:t>
      </w:r>
      <w:r w:rsidRPr="007B7E43">
        <w:rPr>
          <w:sz w:val="28"/>
          <w:szCs w:val="28"/>
          <w:lang w:eastAsia="ja-JP"/>
        </w:rPr>
        <w:t xml:space="preserve"> → ②</w:t>
      </w:r>
      <w:r w:rsidRPr="007B7E43">
        <w:rPr>
          <w:sz w:val="28"/>
          <w:szCs w:val="28"/>
          <w:lang w:eastAsia="ja-JP"/>
        </w:rPr>
        <w:t>商工会へ提出</w:t>
      </w:r>
      <w:r w:rsidRPr="007B7E43">
        <w:rPr>
          <w:sz w:val="28"/>
          <w:szCs w:val="28"/>
          <w:lang w:eastAsia="ja-JP"/>
        </w:rPr>
        <w:t xml:space="preserve"> → ③</w:t>
      </w:r>
      <w:r w:rsidRPr="007B7E43">
        <w:rPr>
          <w:sz w:val="28"/>
          <w:szCs w:val="28"/>
          <w:lang w:eastAsia="ja-JP"/>
        </w:rPr>
        <w:t>登録・ステッカー配布（登録費無料）</w:t>
      </w:r>
      <w:r w:rsidRPr="007B7E43">
        <w:rPr>
          <w:sz w:val="28"/>
          <w:szCs w:val="28"/>
          <w:lang w:eastAsia="ja-JP"/>
        </w:rPr>
        <w:br/>
      </w:r>
      <w:r w:rsidRPr="007B7E43">
        <w:rPr>
          <w:sz w:val="28"/>
          <w:szCs w:val="28"/>
          <w:lang w:eastAsia="ja-JP"/>
        </w:rPr>
        <w:br/>
      </w:r>
      <w:r w:rsidRPr="007B7E43">
        <w:rPr>
          <w:sz w:val="28"/>
          <w:szCs w:val="28"/>
          <w:lang w:eastAsia="ja-JP"/>
        </w:rPr>
        <w:t>【お問い合わせ】</w:t>
      </w:r>
      <w:r w:rsidR="007B7E43">
        <w:rPr>
          <w:rFonts w:hint="eastAsia"/>
          <w:sz w:val="28"/>
          <w:szCs w:val="28"/>
          <w:lang w:eastAsia="ja-JP"/>
        </w:rPr>
        <w:t>甲州</w:t>
      </w:r>
      <w:r w:rsidRPr="007B7E43">
        <w:rPr>
          <w:sz w:val="28"/>
          <w:szCs w:val="28"/>
          <w:lang w:eastAsia="ja-JP"/>
        </w:rPr>
        <w:t xml:space="preserve">市商工会　</w:t>
      </w:r>
      <w:r w:rsidRPr="007B7E43">
        <w:rPr>
          <w:sz w:val="28"/>
          <w:szCs w:val="28"/>
          <w:lang w:eastAsia="ja-JP"/>
        </w:rPr>
        <w:t>TEL</w:t>
      </w:r>
      <w:r w:rsidRPr="007B7E43">
        <w:rPr>
          <w:sz w:val="28"/>
          <w:szCs w:val="28"/>
          <w:lang w:eastAsia="ja-JP"/>
        </w:rPr>
        <w:t>：</w:t>
      </w:r>
      <w:r w:rsidR="007B7E43">
        <w:rPr>
          <w:rFonts w:hint="eastAsia"/>
          <w:sz w:val="28"/>
          <w:szCs w:val="28"/>
          <w:lang w:eastAsia="ja-JP"/>
        </w:rPr>
        <w:t>0553</w:t>
      </w:r>
      <w:r w:rsidRPr="007B7E43">
        <w:rPr>
          <w:sz w:val="28"/>
          <w:szCs w:val="28"/>
          <w:lang w:eastAsia="ja-JP"/>
        </w:rPr>
        <w:t>-</w:t>
      </w:r>
      <w:r w:rsidR="007B7E43">
        <w:rPr>
          <w:rFonts w:hint="eastAsia"/>
          <w:sz w:val="28"/>
          <w:szCs w:val="28"/>
          <w:lang w:eastAsia="ja-JP"/>
        </w:rPr>
        <w:t>33</w:t>
      </w:r>
      <w:r w:rsidRPr="007B7E43">
        <w:rPr>
          <w:sz w:val="28"/>
          <w:szCs w:val="28"/>
          <w:lang w:eastAsia="ja-JP"/>
        </w:rPr>
        <w:t>-</w:t>
      </w:r>
      <w:r w:rsidR="007B7E43">
        <w:rPr>
          <w:rFonts w:hint="eastAsia"/>
          <w:sz w:val="28"/>
          <w:szCs w:val="28"/>
          <w:lang w:eastAsia="ja-JP"/>
        </w:rPr>
        <w:t>2236</w:t>
      </w:r>
    </w:p>
    <w:p w14:paraId="100CAC03" w14:textId="77777777" w:rsidR="00A916D7" w:rsidRPr="00A916D7" w:rsidRDefault="00A916D7" w:rsidP="00A916D7">
      <w:pPr>
        <w:rPr>
          <w:sz w:val="28"/>
          <w:szCs w:val="28"/>
          <w:lang w:eastAsia="ja-JP"/>
        </w:rPr>
      </w:pPr>
    </w:p>
    <w:p w14:paraId="512FB020" w14:textId="77777777" w:rsidR="00A916D7" w:rsidRDefault="00A916D7" w:rsidP="00A916D7">
      <w:pPr>
        <w:ind w:firstLineChars="200" w:firstLine="1040"/>
        <w:rPr>
          <w:sz w:val="52"/>
          <w:szCs w:val="52"/>
          <w:lang w:eastAsia="ja-JP"/>
        </w:rPr>
      </w:pPr>
      <w:r w:rsidRPr="00A916D7">
        <w:rPr>
          <w:rFonts w:hint="eastAsia"/>
          <w:sz w:val="52"/>
          <w:szCs w:val="52"/>
          <w:lang w:eastAsia="ja-JP"/>
        </w:rPr>
        <w:t>高齢者サポート協力店</w:t>
      </w:r>
      <w:r w:rsidRPr="00A916D7">
        <w:rPr>
          <w:rFonts w:hint="eastAsia"/>
          <w:sz w:val="52"/>
          <w:szCs w:val="52"/>
          <w:lang w:eastAsia="ja-JP"/>
        </w:rPr>
        <w:t xml:space="preserve"> </w:t>
      </w:r>
      <w:r w:rsidRPr="00A916D7">
        <w:rPr>
          <w:rFonts w:hint="eastAsia"/>
          <w:sz w:val="52"/>
          <w:szCs w:val="52"/>
          <w:lang w:eastAsia="ja-JP"/>
        </w:rPr>
        <w:t>申込書</w:t>
      </w:r>
    </w:p>
    <w:p w14:paraId="6C51C5B8" w14:textId="77777777" w:rsidR="00A916D7" w:rsidRDefault="00A916D7" w:rsidP="00A916D7">
      <w:pPr>
        <w:rPr>
          <w:rFonts w:hint="eastAsia"/>
          <w:sz w:val="52"/>
          <w:szCs w:val="52"/>
          <w:lang w:eastAsia="ja-JP"/>
        </w:rPr>
      </w:pPr>
    </w:p>
    <w:p w14:paraId="2D84AEF1" w14:textId="77777777" w:rsidR="00A916D7" w:rsidRPr="00A916D7" w:rsidRDefault="00A916D7" w:rsidP="00A916D7">
      <w:pPr>
        <w:ind w:firstLineChars="400" w:firstLine="1120"/>
        <w:rPr>
          <w:rFonts w:hint="eastAsia"/>
          <w:sz w:val="28"/>
          <w:szCs w:val="28"/>
          <w:lang w:eastAsia="ja-JP"/>
        </w:rPr>
      </w:pPr>
      <w:r w:rsidRPr="00A916D7">
        <w:rPr>
          <w:rFonts w:hint="eastAsia"/>
          <w:sz w:val="28"/>
          <w:szCs w:val="28"/>
          <w:lang w:eastAsia="ja-JP"/>
        </w:rPr>
        <w:t>■</w:t>
      </w:r>
      <w:r w:rsidRPr="00A916D7">
        <w:rPr>
          <w:rFonts w:hint="eastAsia"/>
          <w:sz w:val="28"/>
          <w:szCs w:val="28"/>
          <w:lang w:eastAsia="ja-JP"/>
        </w:rPr>
        <w:t xml:space="preserve"> </w:t>
      </w:r>
      <w:r w:rsidRPr="00A916D7">
        <w:rPr>
          <w:rFonts w:hint="eastAsia"/>
          <w:sz w:val="28"/>
          <w:szCs w:val="28"/>
          <w:lang w:eastAsia="ja-JP"/>
        </w:rPr>
        <w:t>店舗名：</w:t>
      </w:r>
      <w:r w:rsidRPr="00A916D7">
        <w:rPr>
          <w:rFonts w:hint="eastAsia"/>
          <w:sz w:val="28"/>
          <w:szCs w:val="28"/>
          <w:lang w:eastAsia="ja-JP"/>
        </w:rPr>
        <w:t>__________________________________________</w:t>
      </w:r>
    </w:p>
    <w:p w14:paraId="56381BEE" w14:textId="77777777" w:rsidR="00A916D7" w:rsidRPr="00A916D7" w:rsidRDefault="00A916D7" w:rsidP="00A916D7">
      <w:pPr>
        <w:ind w:firstLineChars="400" w:firstLine="1120"/>
        <w:rPr>
          <w:rFonts w:hint="eastAsia"/>
          <w:sz w:val="28"/>
          <w:szCs w:val="28"/>
          <w:lang w:eastAsia="ja-JP"/>
        </w:rPr>
      </w:pPr>
      <w:r w:rsidRPr="00A916D7">
        <w:rPr>
          <w:rFonts w:hint="eastAsia"/>
          <w:sz w:val="28"/>
          <w:szCs w:val="28"/>
          <w:lang w:eastAsia="ja-JP"/>
        </w:rPr>
        <w:t>■</w:t>
      </w:r>
      <w:r w:rsidRPr="00A916D7">
        <w:rPr>
          <w:rFonts w:hint="eastAsia"/>
          <w:sz w:val="28"/>
          <w:szCs w:val="28"/>
          <w:lang w:eastAsia="ja-JP"/>
        </w:rPr>
        <w:t xml:space="preserve"> </w:t>
      </w:r>
      <w:r w:rsidRPr="00A916D7">
        <w:rPr>
          <w:rFonts w:hint="eastAsia"/>
          <w:sz w:val="28"/>
          <w:szCs w:val="28"/>
          <w:lang w:eastAsia="ja-JP"/>
        </w:rPr>
        <w:t>所在地：</w:t>
      </w:r>
      <w:r w:rsidRPr="00A916D7">
        <w:rPr>
          <w:rFonts w:hint="eastAsia"/>
          <w:sz w:val="28"/>
          <w:szCs w:val="28"/>
          <w:lang w:eastAsia="ja-JP"/>
        </w:rPr>
        <w:t>__________________________________________</w:t>
      </w:r>
    </w:p>
    <w:p w14:paraId="41946522" w14:textId="77777777" w:rsidR="00A916D7" w:rsidRPr="00A916D7" w:rsidRDefault="00A916D7" w:rsidP="00A916D7">
      <w:pPr>
        <w:ind w:firstLineChars="400" w:firstLine="1120"/>
        <w:rPr>
          <w:rFonts w:hint="eastAsia"/>
          <w:sz w:val="28"/>
          <w:szCs w:val="28"/>
          <w:lang w:eastAsia="ja-JP"/>
        </w:rPr>
      </w:pPr>
      <w:r w:rsidRPr="00A916D7">
        <w:rPr>
          <w:rFonts w:hint="eastAsia"/>
          <w:sz w:val="28"/>
          <w:szCs w:val="28"/>
          <w:lang w:eastAsia="ja-JP"/>
        </w:rPr>
        <w:t>■</w:t>
      </w:r>
      <w:r w:rsidRPr="00A916D7">
        <w:rPr>
          <w:rFonts w:hint="eastAsia"/>
          <w:sz w:val="28"/>
          <w:szCs w:val="28"/>
          <w:lang w:eastAsia="ja-JP"/>
        </w:rPr>
        <w:t xml:space="preserve"> </w:t>
      </w:r>
      <w:r w:rsidRPr="00A916D7">
        <w:rPr>
          <w:rFonts w:hint="eastAsia"/>
          <w:sz w:val="28"/>
          <w:szCs w:val="28"/>
          <w:lang w:eastAsia="ja-JP"/>
        </w:rPr>
        <w:t>代表者名：</w:t>
      </w:r>
      <w:r w:rsidRPr="00A916D7">
        <w:rPr>
          <w:rFonts w:hint="eastAsia"/>
          <w:sz w:val="28"/>
          <w:szCs w:val="28"/>
          <w:lang w:eastAsia="ja-JP"/>
        </w:rPr>
        <w:t>________________________________________</w:t>
      </w:r>
    </w:p>
    <w:p w14:paraId="74F8A3DD" w14:textId="77777777" w:rsidR="00A916D7" w:rsidRPr="00A916D7" w:rsidRDefault="00A916D7" w:rsidP="00A916D7">
      <w:pPr>
        <w:ind w:firstLineChars="400" w:firstLine="1120"/>
        <w:rPr>
          <w:rFonts w:hint="eastAsia"/>
          <w:sz w:val="28"/>
          <w:szCs w:val="28"/>
          <w:lang w:eastAsia="ja-JP"/>
        </w:rPr>
      </w:pPr>
      <w:r w:rsidRPr="00A916D7">
        <w:rPr>
          <w:rFonts w:hint="eastAsia"/>
          <w:sz w:val="28"/>
          <w:szCs w:val="28"/>
          <w:lang w:eastAsia="ja-JP"/>
        </w:rPr>
        <w:t>■</w:t>
      </w:r>
      <w:r w:rsidRPr="00A916D7">
        <w:rPr>
          <w:rFonts w:hint="eastAsia"/>
          <w:sz w:val="28"/>
          <w:szCs w:val="28"/>
          <w:lang w:eastAsia="ja-JP"/>
        </w:rPr>
        <w:t xml:space="preserve"> </w:t>
      </w:r>
      <w:r w:rsidRPr="00A916D7">
        <w:rPr>
          <w:rFonts w:hint="eastAsia"/>
          <w:sz w:val="28"/>
          <w:szCs w:val="28"/>
          <w:lang w:eastAsia="ja-JP"/>
        </w:rPr>
        <w:t>電話番号：</w:t>
      </w:r>
      <w:r w:rsidRPr="00A916D7">
        <w:rPr>
          <w:rFonts w:hint="eastAsia"/>
          <w:sz w:val="28"/>
          <w:szCs w:val="28"/>
          <w:lang w:eastAsia="ja-JP"/>
        </w:rPr>
        <w:t>________________________________________</w:t>
      </w:r>
    </w:p>
    <w:p w14:paraId="01B33F50" w14:textId="77777777" w:rsidR="00A916D7" w:rsidRDefault="00A916D7" w:rsidP="00A916D7">
      <w:pPr>
        <w:rPr>
          <w:sz w:val="28"/>
          <w:szCs w:val="28"/>
          <w:lang w:eastAsia="ja-JP"/>
        </w:rPr>
      </w:pPr>
    </w:p>
    <w:p w14:paraId="60D8D96B" w14:textId="2F60559F" w:rsidR="00A916D7" w:rsidRPr="00A916D7" w:rsidRDefault="00A916D7" w:rsidP="00A916D7">
      <w:pPr>
        <w:rPr>
          <w:rFonts w:hint="eastAsia"/>
          <w:sz w:val="28"/>
          <w:szCs w:val="28"/>
          <w:lang w:eastAsia="ja-JP"/>
        </w:rPr>
      </w:pPr>
    </w:p>
    <w:p w14:paraId="54909470" w14:textId="217AF791" w:rsidR="00A916D7" w:rsidRPr="00A916D7" w:rsidRDefault="00A916D7" w:rsidP="00A916D7">
      <w:pPr>
        <w:ind w:firstLineChars="400" w:firstLine="1120"/>
        <w:rPr>
          <w:sz w:val="28"/>
          <w:szCs w:val="28"/>
          <w:lang w:eastAsia="ja-JP"/>
        </w:rPr>
      </w:pPr>
      <w:r w:rsidRPr="00A916D7">
        <w:rPr>
          <w:rFonts w:hint="eastAsia"/>
          <w:sz w:val="28"/>
          <w:szCs w:val="28"/>
          <w:lang w:eastAsia="ja-JP"/>
        </w:rPr>
        <w:t>■</w:t>
      </w:r>
      <w:r w:rsidRPr="00A916D7">
        <w:rPr>
          <w:sz w:val="28"/>
          <w:szCs w:val="28"/>
          <w:lang w:eastAsia="ja-JP"/>
        </w:rPr>
        <w:t xml:space="preserve"> </w:t>
      </w:r>
      <w:r w:rsidRPr="00A916D7">
        <w:rPr>
          <w:rFonts w:hint="eastAsia"/>
          <w:sz w:val="28"/>
          <w:szCs w:val="28"/>
          <w:lang w:eastAsia="ja-JP"/>
        </w:rPr>
        <w:t>ご協力いただける内容（</w:t>
      </w:r>
      <w:r w:rsidRPr="00A916D7">
        <w:rPr>
          <w:rFonts w:ascii="Segoe UI Symbol" w:hAnsi="Segoe UI Symbol" w:cs="Segoe UI Symbol"/>
          <w:sz w:val="28"/>
          <w:szCs w:val="28"/>
          <w:lang w:eastAsia="ja-JP"/>
        </w:rPr>
        <w:t>☑</w:t>
      </w:r>
      <w:r w:rsidRPr="00A916D7">
        <w:rPr>
          <w:rFonts w:hint="eastAsia"/>
          <w:sz w:val="28"/>
          <w:szCs w:val="28"/>
          <w:lang w:eastAsia="ja-JP"/>
        </w:rPr>
        <w:t>）</w:t>
      </w:r>
    </w:p>
    <w:p w14:paraId="499B6541" w14:textId="000E72C4" w:rsidR="00A916D7" w:rsidRPr="00A916D7" w:rsidRDefault="00A916D7" w:rsidP="00A916D7">
      <w:pPr>
        <w:ind w:firstLineChars="400" w:firstLine="1120"/>
        <w:rPr>
          <w:rFonts w:hint="eastAsia"/>
          <w:sz w:val="28"/>
          <w:szCs w:val="28"/>
          <w:lang w:eastAsia="ja-JP"/>
        </w:rPr>
      </w:pPr>
      <w:r w:rsidRPr="00A916D7">
        <w:rPr>
          <w:rFonts w:hint="eastAsia"/>
          <w:sz w:val="28"/>
          <w:szCs w:val="28"/>
          <w:lang w:eastAsia="ja-JP"/>
        </w:rPr>
        <w:t>□</w:t>
      </w:r>
      <w:r w:rsidRPr="00A916D7">
        <w:rPr>
          <w:rFonts w:hint="eastAsia"/>
          <w:sz w:val="28"/>
          <w:szCs w:val="28"/>
          <w:lang w:eastAsia="ja-JP"/>
        </w:rPr>
        <w:t xml:space="preserve"> </w:t>
      </w:r>
      <w:r w:rsidRPr="00A916D7">
        <w:rPr>
          <w:rFonts w:hint="eastAsia"/>
          <w:sz w:val="28"/>
          <w:szCs w:val="28"/>
          <w:lang w:eastAsia="ja-JP"/>
        </w:rPr>
        <w:t>短時間充電の受け入れ</w:t>
      </w:r>
    </w:p>
    <w:p w14:paraId="698853EA" w14:textId="7F42F84D" w:rsidR="00A916D7" w:rsidRPr="00A916D7" w:rsidRDefault="00A916D7" w:rsidP="00A916D7">
      <w:pPr>
        <w:ind w:firstLineChars="400" w:firstLine="1120"/>
        <w:rPr>
          <w:rFonts w:hint="eastAsia"/>
          <w:sz w:val="28"/>
          <w:szCs w:val="28"/>
          <w:lang w:eastAsia="ja-JP"/>
        </w:rPr>
      </w:pPr>
      <w:r w:rsidRPr="00A916D7">
        <w:rPr>
          <w:rFonts w:hint="eastAsia"/>
          <w:sz w:val="28"/>
          <w:szCs w:val="28"/>
          <w:lang w:eastAsia="ja-JP"/>
        </w:rPr>
        <w:t>□</w:t>
      </w:r>
      <w:r w:rsidRPr="00A916D7">
        <w:rPr>
          <w:rFonts w:hint="eastAsia"/>
          <w:sz w:val="28"/>
          <w:szCs w:val="28"/>
          <w:lang w:eastAsia="ja-JP"/>
        </w:rPr>
        <w:t xml:space="preserve"> </w:t>
      </w:r>
      <w:r w:rsidRPr="00A916D7">
        <w:rPr>
          <w:rFonts w:hint="eastAsia"/>
          <w:sz w:val="28"/>
          <w:szCs w:val="28"/>
          <w:lang w:eastAsia="ja-JP"/>
        </w:rPr>
        <w:t>声かけ・見守り</w:t>
      </w:r>
    </w:p>
    <w:p w14:paraId="2E082807" w14:textId="30080953" w:rsidR="00A916D7" w:rsidRPr="00A916D7" w:rsidRDefault="00A916D7" w:rsidP="00A916D7">
      <w:pPr>
        <w:ind w:firstLineChars="400" w:firstLine="1120"/>
        <w:rPr>
          <w:rFonts w:hint="eastAsia"/>
          <w:sz w:val="28"/>
          <w:szCs w:val="28"/>
          <w:lang w:eastAsia="ja-JP"/>
        </w:rPr>
      </w:pPr>
      <w:r w:rsidRPr="00A916D7">
        <w:rPr>
          <w:rFonts w:hint="eastAsia"/>
          <w:sz w:val="28"/>
          <w:szCs w:val="28"/>
          <w:lang w:eastAsia="ja-JP"/>
        </w:rPr>
        <w:t>□</w:t>
      </w:r>
      <w:r w:rsidRPr="00A916D7">
        <w:rPr>
          <w:rFonts w:hint="eastAsia"/>
          <w:sz w:val="28"/>
          <w:szCs w:val="28"/>
          <w:lang w:eastAsia="ja-JP"/>
        </w:rPr>
        <w:t xml:space="preserve"> </w:t>
      </w:r>
      <w:r w:rsidRPr="00A916D7">
        <w:rPr>
          <w:rFonts w:hint="eastAsia"/>
          <w:sz w:val="28"/>
          <w:szCs w:val="28"/>
          <w:lang w:eastAsia="ja-JP"/>
        </w:rPr>
        <w:t>一時休憩対応</w:t>
      </w:r>
    </w:p>
    <w:p w14:paraId="09F45D3A" w14:textId="77777777" w:rsidR="00A916D7" w:rsidRDefault="00A916D7" w:rsidP="00A916D7">
      <w:pPr>
        <w:rPr>
          <w:sz w:val="28"/>
          <w:szCs w:val="28"/>
          <w:lang w:eastAsia="ja-JP"/>
        </w:rPr>
      </w:pPr>
    </w:p>
    <w:p w14:paraId="4C697C15" w14:textId="7E9F26C1" w:rsidR="00A916D7" w:rsidRDefault="00A916D7" w:rsidP="00A916D7">
      <w:pPr>
        <w:ind w:firstLineChars="500" w:firstLine="1400"/>
        <w:rPr>
          <w:sz w:val="28"/>
          <w:szCs w:val="28"/>
          <w:lang w:eastAsia="ja-JP"/>
        </w:rPr>
      </w:pPr>
    </w:p>
    <w:p w14:paraId="365167CC" w14:textId="77777777" w:rsidR="00A916D7" w:rsidRDefault="00A916D7" w:rsidP="00A916D7">
      <w:pPr>
        <w:ind w:firstLineChars="500" w:firstLine="1400"/>
        <w:rPr>
          <w:sz w:val="28"/>
          <w:szCs w:val="28"/>
          <w:lang w:eastAsia="ja-JP"/>
        </w:rPr>
      </w:pPr>
    </w:p>
    <w:p w14:paraId="7EA934E3" w14:textId="05CA209A" w:rsidR="00A916D7" w:rsidRPr="00A916D7" w:rsidRDefault="00A916D7" w:rsidP="00A916D7">
      <w:pPr>
        <w:ind w:firstLineChars="500" w:firstLine="1400"/>
        <w:rPr>
          <w:rFonts w:hint="eastAsia"/>
          <w:sz w:val="28"/>
          <w:szCs w:val="28"/>
          <w:lang w:eastAsia="ja-JP"/>
        </w:rPr>
      </w:pPr>
      <w:r w:rsidRPr="00A916D7">
        <w:rPr>
          <w:rFonts w:hint="eastAsia"/>
          <w:sz w:val="28"/>
          <w:szCs w:val="28"/>
          <w:lang w:eastAsia="ja-JP"/>
        </w:rPr>
        <w:t>上記内容に同意し、協力店として登録を希望します。</w:t>
      </w:r>
    </w:p>
    <w:p w14:paraId="3C5ED8DC" w14:textId="77777777" w:rsidR="00A916D7" w:rsidRPr="00A916D7" w:rsidRDefault="00A916D7" w:rsidP="00A916D7">
      <w:pPr>
        <w:rPr>
          <w:sz w:val="28"/>
          <w:szCs w:val="28"/>
          <w:lang w:eastAsia="ja-JP"/>
        </w:rPr>
      </w:pPr>
    </w:p>
    <w:p w14:paraId="1DB23515" w14:textId="77777777" w:rsidR="00A916D7" w:rsidRDefault="00A916D7" w:rsidP="00A916D7">
      <w:pPr>
        <w:ind w:firstLineChars="500" w:firstLine="1400"/>
        <w:rPr>
          <w:sz w:val="28"/>
          <w:szCs w:val="28"/>
          <w:lang w:eastAsia="ja-JP"/>
        </w:rPr>
      </w:pPr>
      <w:r w:rsidRPr="00A916D7">
        <w:rPr>
          <w:rFonts w:hint="eastAsia"/>
          <w:sz w:val="28"/>
          <w:szCs w:val="28"/>
          <w:lang w:eastAsia="ja-JP"/>
        </w:rPr>
        <w:t>令和　　年　　月　　日</w:t>
      </w:r>
    </w:p>
    <w:p w14:paraId="1A69CEC2" w14:textId="4114F9C1" w:rsidR="00A916D7" w:rsidRPr="00A916D7" w:rsidRDefault="00A916D7" w:rsidP="00A916D7">
      <w:pPr>
        <w:ind w:firstLineChars="500" w:firstLine="1400"/>
        <w:rPr>
          <w:rFonts w:hint="eastAsia"/>
          <w:sz w:val="28"/>
          <w:szCs w:val="28"/>
          <w:lang w:eastAsia="ja-JP"/>
        </w:rPr>
      </w:pPr>
    </w:p>
    <w:p w14:paraId="122DAF89" w14:textId="44F632D9" w:rsidR="00A916D7" w:rsidRPr="00A916D7" w:rsidRDefault="00A916D7" w:rsidP="00A916D7">
      <w:pPr>
        <w:ind w:firstLineChars="500" w:firstLine="1400"/>
        <w:rPr>
          <w:sz w:val="28"/>
          <w:szCs w:val="28"/>
          <w:lang w:eastAsia="ja-JP"/>
        </w:rPr>
      </w:pPr>
      <w:r w:rsidRPr="00A916D7">
        <w:rPr>
          <w:rFonts w:hint="eastAsia"/>
          <w:sz w:val="28"/>
          <w:szCs w:val="28"/>
          <w:lang w:eastAsia="ja-JP"/>
        </w:rPr>
        <w:t>署名：</w:t>
      </w:r>
      <w:r w:rsidRPr="00A916D7">
        <w:rPr>
          <w:rFonts w:hint="eastAsia"/>
          <w:sz w:val="28"/>
          <w:szCs w:val="28"/>
          <w:lang w:eastAsia="ja-JP"/>
        </w:rPr>
        <w:t>__________________________________________</w:t>
      </w:r>
    </w:p>
    <w:sectPr w:rsidR="00A916D7" w:rsidRPr="00A916D7" w:rsidSect="00034616">
      <w:pgSz w:w="12240" w:h="15840"/>
      <w:pgMar w:top="850" w:right="850" w:bottom="850" w:left="8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E067C" w14:textId="77777777" w:rsidR="00825340" w:rsidRDefault="00825340" w:rsidP="008E7DE0">
      <w:pPr>
        <w:spacing w:after="0" w:line="240" w:lineRule="auto"/>
      </w:pPr>
      <w:r>
        <w:separator/>
      </w:r>
    </w:p>
  </w:endnote>
  <w:endnote w:type="continuationSeparator" w:id="0">
    <w:p w14:paraId="624260EA" w14:textId="77777777" w:rsidR="00825340" w:rsidRDefault="00825340" w:rsidP="008E7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2EE92" w14:textId="77777777" w:rsidR="00825340" w:rsidRDefault="00825340" w:rsidP="008E7DE0">
      <w:pPr>
        <w:spacing w:after="0" w:line="240" w:lineRule="auto"/>
      </w:pPr>
      <w:r>
        <w:separator/>
      </w:r>
    </w:p>
  </w:footnote>
  <w:footnote w:type="continuationSeparator" w:id="0">
    <w:p w14:paraId="27676D67" w14:textId="77777777" w:rsidR="00825340" w:rsidRDefault="00825340" w:rsidP="008E7D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34239881">
    <w:abstractNumId w:val="8"/>
  </w:num>
  <w:num w:numId="2" w16cid:durableId="744836222">
    <w:abstractNumId w:val="6"/>
  </w:num>
  <w:num w:numId="3" w16cid:durableId="576207251">
    <w:abstractNumId w:val="5"/>
  </w:num>
  <w:num w:numId="4" w16cid:durableId="223420180">
    <w:abstractNumId w:val="4"/>
  </w:num>
  <w:num w:numId="5" w16cid:durableId="534928559">
    <w:abstractNumId w:val="7"/>
  </w:num>
  <w:num w:numId="6" w16cid:durableId="1621456742">
    <w:abstractNumId w:val="3"/>
  </w:num>
  <w:num w:numId="7" w16cid:durableId="1667778847">
    <w:abstractNumId w:val="2"/>
  </w:num>
  <w:num w:numId="8" w16cid:durableId="659388912">
    <w:abstractNumId w:val="1"/>
  </w:num>
  <w:num w:numId="9" w16cid:durableId="1816992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C03EB"/>
    <w:rsid w:val="0015074B"/>
    <w:rsid w:val="00166B66"/>
    <w:rsid w:val="0017216C"/>
    <w:rsid w:val="00202997"/>
    <w:rsid w:val="0029639D"/>
    <w:rsid w:val="002A191D"/>
    <w:rsid w:val="00326F90"/>
    <w:rsid w:val="00432AB3"/>
    <w:rsid w:val="005A5EBF"/>
    <w:rsid w:val="005C3802"/>
    <w:rsid w:val="007B7E43"/>
    <w:rsid w:val="00825340"/>
    <w:rsid w:val="008E7DE0"/>
    <w:rsid w:val="00910DBD"/>
    <w:rsid w:val="0097047C"/>
    <w:rsid w:val="00A2310E"/>
    <w:rsid w:val="00A24A88"/>
    <w:rsid w:val="00A916D7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6091370"/>
  <w14:defaultImageDpi w14:val="300"/>
  <w15:docId w15:val="{8EE68297-FE0D-463E-8FAB-AD28DFFF0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132</Words>
  <Characters>756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上矢　敏彦</cp:lastModifiedBy>
  <cp:revision>5</cp:revision>
  <cp:lastPrinted>2026-02-13T00:01:00Z</cp:lastPrinted>
  <dcterms:created xsi:type="dcterms:W3CDTF">2026-02-10T00:37:00Z</dcterms:created>
  <dcterms:modified xsi:type="dcterms:W3CDTF">2026-02-13T00:06:00Z</dcterms:modified>
  <cp:category/>
</cp:coreProperties>
</file>